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- עומק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חודש כסליו ואת סיפור חנוכה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שורשי מילים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בערכים העולים מהחג ובמנהגי עדות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חורף ואור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חינוך וחנוכה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(אור בכל ערב מימי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(צעצוע שמסתובב)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(מאכל מתוק ושמן)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(תופעת טבע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(ערבות הדדית בין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מדליקים נרות המסמלים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כסליו הוא חודש חורף עם 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לעדות שונות יש מנהגים ומאכלים שונים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ערבות הדדית פירושה דאגה ועזרה זה לזה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 הוא דבר יוצא דופן ולא צפוי; בחנוכה מספרים על נס פך השמן שדלק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 מעודד עזרה ודאגה הדדית בין אנשים, כמו שהמשפחה המכבים עזרה זו לזו במאבק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סבירה המראה הבנת משמעות המילה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להבנה שלמרות השוני במנהגים (מאכלים, שירים, סוג נרות) יש ליבה משותפת - הדלקת נרות וזכר לנס; מראה גיוון בתוך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המקשרת את הערך הנבחר לדוגמה אמיתית מחיי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ערכים מתוך: אור, תקווה, נס, אומץ,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ימים, מוסיפים נר בכל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נר, סביבון, סופגנייה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מנהגי חנוכה בבית של כל תלמיד/ה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להרחיב בעל פה על סיפור המכבים לפני העיסוק בערכים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מתאימים להעמקה בכיתות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- עומק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חודש כסליו הוא חודש החורף שבו חל חג האור - חנוכה. בדף זה נתרגל מילות מפתח, שורשים וערכים הקשורים לחודש ולחג.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חודש כסליו הוא חודש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 וחום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ואור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 ופריחה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בחנוכייה בכל ערב מימי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קשורה למשמעות המילה חנוכה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וחנוכה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צעצוע שמסתובב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תופעת טבע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בכל ערב מימי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ערבות הדדית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עוזרים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מתוק ושמן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נקרא גם חג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כסליו בדרך כלל חם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עדות ישראל חוגגות את חנוכה באותה צורה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'ערבות הדדית' קשור לעזרה הדדית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כסליו בדרך כלל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ערב מימי החג מוסיפים __________ נוסף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המאכל המתוק והשמן של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של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נקרא גם חג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'נס', וכיצד הוא קשור לחנוכה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הקשר בין הערך 'ערבות הדדית' לבין 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למעשה אומץ שאתם מכירים, מהחג או מהחיים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כך שחנוכה נחגג במנהגים מעט שונים בקהילות שונות בעולם - מה ניתן ללמוד מכך על עם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מהערכים: אור, תקווה, נס, אומץ, ערבות הדדית - וכתבו כיצד הוא בא לידי ביטוי בחייכם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ערכים מרכזיים שעולים מחג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החג וכיצד מציינים זאת בחנוכייה?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הקשורה לחג ומה משמעותה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 - עומק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