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 - עומק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חודש כסליו ואת סיפור חנוכה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שורשי מילים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בערכים העולים מהחג ובמנהגי עדות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חורף ואור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חינוך וחנוכה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שורשים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(אור בכל ערב מימי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(צעצוע שמסתובב)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(מאכל מתוק ושמן)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(תופעת טבע בחורף)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(ערבות הדדית בין אנשים)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כי מדליקים נרות המסמלים אור ותקווה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כסליו הוא חודש חורף עם גשמים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לעדות שונות יש מנהגים ומאכלים שונים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ערבות הדדית פירושה דאגה ועזרה זה לזה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סופגנייה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ערכי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נס הוא דבר יוצא דופן ולא צפוי; בחנוכה מספרים על נס פך השמן שדלק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החג מעודד עזרה ודאגה הדדית בין אנשים, כמו שהמשפחה המכבים עזרה זו לזו במאבק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תשובה סבירה המראה הבנת משמעות המילה אומץ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להבנה שלמרות השוני במנהגים (מאכלים, שירים, סוג נרות) יש ליבה משותפת - הדלקת נרות וזכר לנס; מראה גיוון בתוך אחדות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המקשרת את הערך הנבחר לדוגמה אמיתית מחיי התלמיד/ה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לשני ערכים מתוך: אור, תקווה, נס, אומץ, 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ימים, מוסיפים נר בכל ערב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כמו נר, סביבון, סופגנייה עם הסבר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מנהגי חנוכה בבית של כל תלמיד/ה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להרחיב בעל פה על סיפור המכבים לפני העיסוק בערכים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מסומנים כקשים מתאימים להעמקה בכיתות חזקות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 - עומק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כסליו הוא חודש של חורף. בחודש הזה חוגגים את חנוכה - חג האור. נלמד מילים וערכים של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כִּסְלֵו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בלוח העברי,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חֲנֻכָּה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האור, שמונה 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נֵס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יוצא דופן שקרה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עוזרים ודואגים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שמהן נבנות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סְבִיבוֹן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מסתובב של החג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שדבר טוב יקרה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חוגגים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עונה היא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 וחום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 ואור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 ופריחה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 ורוח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מוסיפים כל ערב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דומה במשמעות למילה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חינוך וחנוכה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שורשים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תופעת טבע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אור בכל ערב מימי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סופגנייה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צעצוע שמסתובב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ערבות הדדית בין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עוזרים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מאכל מתוק ושמן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נקרא גם חג האור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בחודש כסליו בדרך כלל חם ויבש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עדות ישראל חוגגות את חנוכה באותה צורה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הערך 'ערבות הדדית' קשור לעזרה הדדית בין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בחודש כסליו בדרך כלל יורד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 ערב מימי החג מוסיפים __________ נוסף בחנוכייה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המאכל המתוק והשמן של החג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הצעצוע המסתובב של החג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חג חנוכה נקרא גם חג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ערכי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מהו 'נס', וכיצד הוא קשור לחנוכה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הקשר בין הערך 'ערבות הדדית' לבין חג חנוכה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תנו דוגמה למעשה אומץ שאתם מכירים, מהחג או מהחיים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על כך שחנוכה נחגג במנהגים מעט שונים בקהילות שונות בעולם - מה ניתן ללמוד מכך על עם 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אחד מהערכים: אור, תקווה, נס, אומץ, ערבות הדדית - וכתבו כיצד הוא בא לידי ביטוי בחייכם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ערכים מרכזיים שעולים מחג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נמשך החג וכיצד מציינים זאת בחנוכייה?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הקשורה לחג ומה משמעותה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 - עומק ושורשים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