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חודש כסליו ואת סיפור חנוכה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שורשי מילים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בערכים העולים מהחג ובמנהגי 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 ואור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(צעצוע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(מאכל מתוק ושמן)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(תופעת טבע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מדליקים נרות המסמלים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כסליו הוא חודש חורף עם גשמים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 הוא דבר יוצא דופן ולא צפוי; בחנוכה מספרים על נס פך השמן שדלק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המראה הבנת משמעות המילה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המקשרת את הערך הנבחר לדוגמה אמיתית מחיי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ערכים מתוך: אור, תקווה, נס, אומץ,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ימים, מוסיפים נר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נר, סביבון, סופגנייה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 חנוכה בבית של כל תלמיד/ה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להרחיב בעל פה על סיפור המכבים לפני העיסוק בערכים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מתאימים להעמקה בכיתות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חודש כסליו הוא חודש החורף שבו חל חג האור - חנוכה. בדף זה נתרגל מילות מפתח, שורשים וערכים הקשורים לחודש ולחג.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  ·  סופגנייה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חודש כסליו הוא חודש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 וחום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 ואור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 ופריחה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מתוק ושמן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תופעת טבע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צעצוע שמסתובב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 בכל ערב מימי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נקרא גם חג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בחודש כסליו בדרך כלל חם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בחודש כסליו בדרך כלל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ערב מימי החג מוסיפים __________ נוסף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המאכל המתוק והשמן של החג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'נס', וכיצד הוא קשור לחנוכה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למעשה אומץ שאתם מכירים, מהחג או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מהערכים: אור, תקווה, נס, אומץ, ערבות הדדית - וכתבו כיצד הוא בא לידי ביטוי בחייכם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ערכים מרכזיים שעולים מחג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החג וכיצד מציינים זאת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- עומק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